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כרטיסיות חזרה להדפסה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36 כרטיסיות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תלמיד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מושג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הסבר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תבונה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יכולת האדם לחשוב ולהסיק מסקנות הגיוניות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זכויות טבעיות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חיים, חירות ורכוש – לכל אדם מעצם היותו אדם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אמנה חברתית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השלטון נוצר מהסכמת בני האדם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ריבונות העם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הסמכות העליונה שייכת לעם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הפרדת רשויות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מחוקקת, מבצעת ושופטת – המגבילות זו את זו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סובלנות דתית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מתן אפשרות לחיות לפי אמונה שונה בלי רדיפה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אבסולוטיזם נאור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מלך שערך רפורמות אך שמר על כוחו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האנציקלופדיה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מפעל ספרים לריכוז הידע האנושי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ג'ון לוק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הוגה הזכויות הטבעיות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מונטסקייה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'רוח החוקים' – הפרדת רשויות (1748)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קאנט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'מהי נאורות?' – העזו לדעת (1784)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אמנציפציה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שוויון זכויות אזרחיות ופוליטיות ליהודים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אוטונומיה קהילתית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ניהול עצמי של הקהילה היהודית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כתב הסובלנות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צו של יוסף השני להקלות ליהודים (1782)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קלרמון-טונר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'ליהודים כאומה – דבר; כבני אדם – הכול'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אספת הנכבדים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כינוס יהודי שכינס נפוליאון (1806)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הסנהדרין של נפוליאון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גוף רבנים שאישר את התשובות (1807)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התבוללות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היטמעות בתרבות הרוב ונטישת הזהות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אנטישמיות מודרנית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שנאת יהודים על בסיס גזעני ולאומי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מיכון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החלפת עבודת ידיים במכונות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שיטת המפעל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ריכוז עובדים ומכונות במבנה אחד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מנוע קיטור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מכונה שהופכת כוח קיטור לתנועה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עיור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מעבר מהכפר לעיר וגידול הערים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מעמד הפועלים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עובדים שכירים במפעלים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בורגנות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בעלי ההון והמפעלים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איגוד מקצועי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ארגון עובדים לשיפור התנאים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ג'יימס וואט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שיפר את מנוע הקיטור (1769)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אדם סמית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'עושר העמים' – שוק חופשי (1776)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השכלה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שילוב השכלה כללית בחיים היהודיים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משכיל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איש תנועת ההשכלה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משה מנדלסון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אבי ההשכלה; תרגום התורה לגרמנית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ה'ביאור'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פירוש עברי שליווה את התרגום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'המאסף'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כתב העת העברי של המשכילים (1783–1784)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תורת האדם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מונח של ויזל לידע הכללי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אברהם מאפו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מחבר 'אהבת ציון' – הרומן העברי הראשון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יל"ג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משורר ההשכלה; 'הקיצה עמי'</w:t>
            </w:r>
          </w:p>
        </w:tc>
      </w:tr>
    </w:tbl>
    <w:p/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