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אמונה בשואה ואחרי השואה – מערך שיעור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מערך שיעור שיח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מורה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🕯️ מסגור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שאלת האמונה בשואה ואחריה היא אחת השאלות העמוקות והרגישות ביותר שאפשר לשאול. ניצולים וניצולות, מאמינים ומאמינות, ספקנים ושאינם מאמינים – כל אחד ואחת התמודדו איתה בדרך שלהם. בעמוד הזה אין תשובה "נכונה" אחת: יש עדויות, מחשבות ושאלות, ויש מקום של כבוד לכל עמדה.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כללי שיח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מקשיבים עד הסוף, בלי לקטוע ובלי לשפוט.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אין תשובה נכונה או לא נכונה – יש עמדות, רגשות ושאלות.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מכבדים מאמינים ומאמינות וגם מי שאינם מאמינים – אף אחד לא צריך לשכנע אף אחד.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השיתוף הוא בחירה: מותר לומר "אני מוותר/ת הפעם".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מה שנאמר בכיתה נשאר בכיתה.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מי שמרגיש/ה צורך לצאת לרגע או לדבר עם מבוגר/ת – זה בסדר, והיועצת זמינה.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⏱️ מהלך השיעור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שלב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 עושים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0–5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פתיחה ומסגור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המורה מציג/ה את הנושא בעדינות: היום נקשיב לעדויות ולמחשבות על אמונה בשואה ואחריה. קוראים יחד את כללי השיח. מדגישים: אין תשובה אחת נכונה, השיתוף בחירה.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5–12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צפייה ראשונה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צופים בעדות הקצרה (דקה אחת). דקה של שקט. כל אחד ואחת רושמים לעצמם מילה אחת שנשארה איתם – בלי חובה לשתף.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12–27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תחנות ציטוטים בקבוצות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הכיתה מתחלקת ל-6 קבוצות. כל קבוצה מקבלת כרטיס ציטוט אחד (מהעמוד) ועונה: מה אומר הדובר? איזו דרך להתמודד עם הסבל הוא מציע? מה בדבריו מדבר אליכם – ומה מאתגר אתכם? (אפשר להוסיף צפייה בעדות נוספת לקבוצה.)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27–38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מעגל שיח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כל קבוצה מציגה במשפט את הציטוט ואת הרעיון שלו. המורה מנחה/ה בעזרת 2–3 שאלות מנחות. המורה שומר/ת על איזון: גם קולות של אמונה, גם קולות של שאלה וספק – כולם לגיטימיים.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38–45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סיום רגוע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כל תלמיד ותלמידה כותבים על פתק (בלי שם): "משפט אחד שאני לוקח/ת איתי מהשיעור". המורה מקריא/ה 2–3 פתקים (באישור), ומסיים/ת במשפט על זיכרון, כבוד האדם ובחירה בחיים. תזכורת: מי שרוצה לדבר – אנחנו כאן, וגם היועצת.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🎬 סרטונים מוצעים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עדות קצרה: אמונה בתקופת השואה (דקה אחת) – ניצול שואה, שהיה לרב, מספר בקצרה איך ראה את האמונה שלו בתקופת השואה. קטע קצר ושקט, מתאים לפתיחת השיעור. https://youtu.be/_yZxDsgfl74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עדות: אמונה בתוך השבר (כ-4 דקות) – קטע מתוך סרט עדות: ניצול מספר על התמודדות עם שאלות של אמונה בזמן השואה ועל ההמשכיות אחריה. מתאים לדיון בקבוצות. https://youtu.be/_tubzDTmGmo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עדות: לשמור על מנהג בתנאים קשים (כ-5 דקות) – ניצולת מספרת איך היא ובני משפחתה השתדלו לשמור על מנהגים דתיים במחנות, גם כשהדבר היה קשה מאוד. אין בקטע תיאורים קשים. https://youtu.be/UPenM3nXPWw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הצלת ספרי תורה בגטו (כ-2 דקות) – קטע מתוך סרט עדות על נער בגטו שהשתתף בהצלת ספרי תורה. סיפור על מסירות, זיכרון ותקווה. https://youtu.be/m_u0RBcJ2fI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שיח: אמונה אחרי השואה (כ-24 דקות (מומלץ לבחור קטע של 5–8 דקות)) – שיחה בין שני אנשי רוח שעברו את השואה – הסופר אלי ויזל והרב יהודה עמיטל – על השאלה איך אפשר להאמין, לשאול ולחיות אחרי השואה. כל אחד מציג דרך אחרת, בכבוד הדדי. https://youtu.be/Guu_EeuS8yQ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❓ שאלות מנחות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מה עזר לאנשים לשמור על צלם אנוש ועל עולמם הפנימי בתנאים כמעט בלתי אפשריים?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אילו תגובות שונות לשאלה "איפה היה אלוהים?" שמעתם בשיעור? במה כולן מכבדות את הסבל?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האם אמונה יכולה לכלול גם שאלות, כעס ומחאה? ואם כן – איך?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מה אפשר ללמוד גם ממי שהתחזק באמונתו וגם ממי שאיבד אותה ובנה את חייו מחדש?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5. מה המשמעות של שמירה על מנהג, תפילה, שיר או ספר – כשהכול סביב קורס?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6. איך אנחנו, כיתה עם אנשים שמאמינים בדרכים שונות או אינם מאמינים, יכולים לדבר על זה בכבוד?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הערות למורה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לצפות בכל הסרטונים לפני השיעור ולבחור את המתאימים לכיתה.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לא להפוך את השיעור לוויכוח "מי צודק" – המטרה היא הקשבה והבנה של מגוון תגובות.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לשים לב לתלמידים ולתלמידות מבני משפחות של ניצולים או במצב רגשי רגיש; לתאם מראש עם היועצת.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להימנע מתיאורים גרפיים ומתמונות קשות.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הציטוטים מובאים בתרגום או בעיבוד חופשי – כדאי לבדוק את הנוסח המדויק לפני הדפסה (מסומן לוודא).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🔎 לוודא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כל הציטוטים מובאים בתרגום/עיבוד חופשי – לוודא נוסח מדויק לפני הדפסה.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פרנקל – משפט מספרו המפורסם על משמעות (תרגום חופשי).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הרב ניסנבוים – "קידוש החיים": דברים המיוחסים לו בעדויות מגטו ורשה.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הרב קלונימוס קלמיש שפירא – רעיון השתתפות ה׳ בצער מדרשותיו בגטו (עיבוד).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פרימו לוי – מתוך ראיון מאוחר (עיבוד חופשי).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אמיל פקנהיים – "המצווה ה-614" (עיבוד חופשי).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יש לצפות בסרטונים לפני השיעור ולוודא שהם מתאימים לכיתה.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🃏 כרטיסי ציטוט לתחנות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1: „אפשר לקחת מאדם הכול – חוץ מדבר אחד: את החירות האחרונה שלו, לבחור איך להתייחס למצב שבו הוא נמצא.“ — ויקטור פרנקל (1905–1997), פסיכיאטר וניצול שואה</w:t>
              <w:br/>
              <w:t>❓ איך הרעיון של "בחירה פנימית" יכול לעזור לאדם – מאמין או לא מאמין – בתקופה קשה?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2: „זוהי שעה של קידוש החיים: חובה עלינו לשמור על החיים ולהמשיך לחיות כיהודים, ולא רק להיות מוכנים למות.“ — הרב יצחק ניסנבוים (1868–1942), בגטו ורשה</w:t>
              <w:br/>
              <w:t>❓ מה פירוש הרעיון "קידוש החיים"? למה הוא היה חשוב כל כך בגטו?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3: „גם בשעות החשוכות ביותר, הקב״ה כביכול אינו רחוק – הוא שותף לכאב של עמו.“ — הרב קלונימוס קלמיש שפירא (1889–1943), בדרשותיו בגטו ורשה</w:t>
              <w:br/>
              <w:t>❓ איך רעיון כזה יכול היה לחזק מאמינים? אילו שאלות הוא משאיר פתוחות?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4: „לא הפסקתי לשאול, לכעוס ולהתווכח – אבל גם לא הפסקתי לפנות.“ — אלי ויזל (1928–2016), סופר וניצול שואה</w:t>
              <w:br/>
              <w:t>❓ האם אפשר להאמין ולשאול שאלות קשות בו זמנית? מה דעתכם?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5: „אחרי מה שראיתי, לא יכולתי עוד להאמין.“ — פרימו לוי (1919–1987), סופר וניצול שואה</w:t>
              <w:br/>
              <w:t>❓ איך מכבדים בשיח גם מי שאיבד את אמונתו בעקבות הסבל?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6: „יש עלינו חובה להמשיך לחיות כיהודים, לזכור ולא לוותר על התקווה – כדי שהרוע לא ינצח.“ — אמיל פקנהיים (1916–2003), הוגה דעות</w:t>
              <w:br/>
              <w:t>❓ איך הרעיון הזה מחבר בין זיכרון לבין בחירה בחיים?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✍️ דף רפלקציה לתלמיד/ה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השיתוף הוא בחירה.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מילה אחת או משפט שנשארו איתי מהעדות: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הציטוט שדיבר אליי (או שאתגר אותי) – ולמה: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 עזר לאנשים לשמור על עולמם הפנימי בזמן קשה?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